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21-С-0434-0418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«СУ - 21»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«Строительное Управление - 21»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2130116507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1132130003213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26.02.2013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25.04.2018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378 (25.04.2018)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Второй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пятьсот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2 500 000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Второй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пятьсот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Евсеева Мария Николаевна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+79276675137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428028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проспект Тракторостроителей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70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(Корпус/строение):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корпус 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помещение 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Акционерное общество «АльфаСтрахование»</w:t>
              <w:br/>
              <w:t>№ Лицензии: СИ № 2239 от 13 ноября 2017 года</w:t>
              <w:br/>
              <w:t>Адрес: 115162, г. Москва, ул. Шаболовка, д. 31, стр. Б</w:t>
              <w:br/>
              <w:t>Контактные телефоны: +7 (495) 788-09-99,  факс: +7 (495) 785-08-88</w:t>
              <w:br/>
              <w:t>Веб сайт: www.alfastrah.ru</w:t>
              <w:br/>
              <w:t>Электронная почта: alfastrah@alfastrah.ru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7791R/906/00012/26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08.04.2026 по 07.04.2027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