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21-С-0383-1117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«СЗ «СМУ-60»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«Специализированный застройщик «СМУ-60»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2129056902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1052128024079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09.03.2005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347 (14.11.2017)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Васянин Олег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45-83-43, 45-77-25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нежилое 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433-550-163519/25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12.09.2025 по 11.09.2026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