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21-С-0366-1017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"Зевс"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«Зевс»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2130119280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1132130006062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342 (13.10.2017)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Новиков Станислав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36-16-36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К.Маркса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5, этаж 3, пом.5,6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СРО-19/1471-14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09.10.2019 по 08.10.2020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