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4"/>
        </w:rPr>
        <w:t>Информация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3969"/>
        <w:gridCol w:w="5102"/>
      </w:tblGrid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Регистрационный номер: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21-С-0333-0817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Сокращенное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ООО "ВДЛ"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Полное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Общество с ограниченной ответственностью "ВолгаДорЛайн"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ИНН: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2130017591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ОГРН/ОГРНИП: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1072130006244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гос. регистрации ЮЛ/ИП: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29.03.2007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соответствии члена СРО условиям членства, предусмотренным законодательством РФ и (или) внутренними документами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соответствует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Статус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Исключен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регистрации в реестре СРО (внесения сведений в реестр):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06.09.2017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Основание приема в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Протокол заседания Правления № 329 (25.08.2017)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прекращения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03.06.2020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Основание прекращения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Протокол заседания Правления № 475 (03.06.2020)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прекращении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Исключены в связи с изменением адреса места нахождения организации (п.2 ч.2 ст. 55.7. ГрК РФ). На момент исключения размер взноса в компенсационный фонд возмещения вреда составлял - 1 500 000 рублей, в компенсационный фонд обеспечения договорных обязательств - 4 500 000 рублей.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возмещения вреда (КФ ВВ)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1 500 000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ВВ: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Третий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Стоимость работ по одному договору: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три миллиарда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обеспечения договорных обязательств (КФ ОДО)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4 500 000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ОДО: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Третий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Предельный размер обязательств по договорам, заключаемым с использованием конкурентных способов заключения договоров: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три миллиарда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Единоличный исполнительный орган/руководитель коллегиального исполнительного органа: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Директор, Петров Андрей Николаевич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Контактные телефоны: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(8352) 36-73-73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Веб сайт: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www.remiss.ru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(Индекс):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432071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(Страна):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РФ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(Субъект РФ):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Ульяновская область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(Населённый пункт):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город Ульяновск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(Улица):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улица Островского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(Дом):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дом 60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(Помещение):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квартира 27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страховщике: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Наименование организации: Страховое акционерное общество «ВСК»</w:t>
              <w:br/>
              <w:t>№ Лицензии: ОС 0621 - 03 от 11 сентября 2015 года</w:t>
              <w:br/>
              <w:t>Адрес: 121552, г. Москва, ул. Островная, д. 4</w:t>
              <w:br/>
              <w:t>Контактные телефоны: +7 (495) 727-44-44, +7 (495) 785-27-76</w:t>
              <w:br/>
              <w:t>Веб сайт: http://www.vsk.ru</w:t>
              <w:br/>
              <w:t>Электронная почта: info@vsk.ru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Номер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20450D4001193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Срок действия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 10.01.2020 по 09.01.2021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Страховая сумма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5 000 000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