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21-С-0328-0817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"НАТ - Поволжье"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"Новые Агро Технологии - Поволжье"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2130001591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1062130004265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12.05.2006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25.08.2017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329 (25.08.2017)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Григорьев Владимир Викторович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70-96-46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Пирогова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10Г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«Страховая Компания «Согласие»</w:t>
              <w:br/>
              <w:t>№ Лицензии: СИ 1307 от 25 мая 2015 года</w:t>
              <w:br/>
              <w:t>Адрес: 129110, г. Москва, ул. Гиляровского, д. 42</w:t>
              <w:br/>
              <w:t>Контактные телефоны: +7 (495) 739-01-01, 8-800-200-01-01</w:t>
              <w:br/>
              <w:t>Веб сайт: http://www.soglasie.ru/</w:t>
              <w:br/>
              <w:t>Электронная почта: info@soglasie.ru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2009022-0780690/26СРО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12.04.2026 по 11.04.2027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