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21-С-0002-0817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"ЭКРА Автоматизация"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"ЭКРА Автоматизация"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2130136905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1142130006061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17.04.2014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319 (02.08.2017)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Егоров Дмитрий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57-40-90, 62-76-40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www.ic.k-energo.com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1К409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433-550-165281/26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25.07.2026 по 24.07.2027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