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21-С-0087-0717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Профтехстрой"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Профтехстрой"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1646031862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1111674005541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318 (26.07.2017)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582 (11.02.2025)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Трошин Константин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(8552) 40-85-95, 40-85-90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4970R/906/0000006/23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01.07.2023 по 30.06.2024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