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21-С-0322-0617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"ИЗВА"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"Ишлейский завод высоковольтной аппаратуры"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2116491707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1022102432186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21.09.1998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30.06.2017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310 (30.06.2017)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495 610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Никулин Роман Александрович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(83540) 2-56-49, 2-56-63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www.izva.ru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429520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Чебоксарский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село Ишлеи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Советская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Акционерное общество «Страховое общество газовой промышленности» (ОАО «СОГАЗ») </w:t>
              <w:br/>
              <w:t>№ Лицензии: ОС 1208 - 02 от 2 ноября 2016 года</w:t>
              <w:br/>
              <w:t>Адрес: 142770, Московская область, Ленинский район, поселок Газопровод, Бизнес-Центр</w:t>
              <w:br/>
              <w:t>Контактные телефоны: +7 (495) 428-57-27 факс: +7 (495) 428-78-96</w:t>
              <w:br/>
              <w:t>Веб сайт: http://www.sogaz.ru/</w:t>
              <w:br/>
              <w:t>Электронная почта: sogaz@sogaz.ru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7226 GL 5018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18.07.2026 по 17.07.2027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