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"ГорИСС"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"Городские инженерные сети и 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2128054853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1042128011958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Геннадий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57-31-25, 55-08-19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214900-021-001460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20.06.2021 по 19.06.2022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