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21-С-0284-0617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"СФ "Горизонт"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"Строительная фирма "Горизонт"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2130172212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1162130058232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24.05.2016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303 (13.06.2017)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01.07.2021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508 (01.07.2021)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в связи с изменением адреса места нахождения организации (п.2 ч.2 ст. 55.7. ГрК РФ). На момент исключения размер взноса в компенсационный фонд возмещения вреда составлял - 500 000 рублей, в компенсационный фонд обеспечения договорных обязательств - 200 000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Петров Меркурий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22-27-02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www.скгоризонт.рф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127018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Москва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МУНИЦИПАЛЬНЫЙ ОКРУГ МАРЬИНА РОЩА ВН.ТЕР.Г.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МАРЬИНОЙ РОЩИ 3-Й ПР-Д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СТР.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ЭТАЖ/ПОМЕЩ. 2/II, КОМ./ОФИС 22/3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Акционерное общество «Страховое общество газовой промышленности» (ОАО «СОГАЗ») </w:t>
              <w:br/>
              <w:t>№ Лицензии: ОС 1208 - 02 от 2 ноября 2016 года</w:t>
              <w:br/>
              <w:t>Адрес: 142770, Московская область, Ленинский район, поселок Газопровод, Бизнес-Центр</w:t>
              <w:br/>
              <w:t>Контактные телефоны: +7 (495) 428-57-27 факс: +7 (495) 428-78-96</w:t>
              <w:br/>
              <w:t>Веб сайт: http://www.sogaz.ru/</w:t>
              <w:br/>
              <w:t>Электронная почта: sogaz@sogaz.ru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7221 GL 5112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31.05.2021 по 30.05.2022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