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21-С-0275-0617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"АСК-Групп"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"АСК-Групп"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2130182605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1162130070937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311 (03.07.2017)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10.12.2024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580 (10.12.2024)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Белышев Артем Леонидович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123557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Москва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вн.тер. г. Муниципальный округ Пресненский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Москва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пер. Большой тишинский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5/П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№ 433-550-123868/24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21.08.2024 по 20.08.2025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