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3969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открытия дисциплинарного производства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открытия дисциплинарного производства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Дисциплинарной комиссии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 Дисциплинарной комиссии</w:t>
            </w:r>
          </w:p>
        </w:tc>
      </w:tr>
      <w:tr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Дисциплинарное производство 21-С-0203-0710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Поручение генерального директора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12.08.2026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Наложить штраф в размере 10 000 (Десять тысяч) рублей в счет увеличения компенсационного фонда возмещения вреда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27.08.2026</w:t>
            </w:r>
          </w:p>
        </w:tc>
      </w:tr>
    </w:tbl>
    <w:sectPr w:rsidR="00FC693F" w:rsidRPr="0006063C" w:rsidSect="00034616">
      <w:pgSz w:w="12240" w:h="15840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