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01.09.2026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№2351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09.02.2026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№2278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22.01.2026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№2272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