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27.08.2026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№2348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09.02.2026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№2279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21.08.2025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№2203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