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23.04.2026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№2313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02.06.2021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№1400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27.05.2021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№1399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