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№2047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30.05.2024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№2041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07.12.2023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№1990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20.07.2023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№1946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