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01.02.2024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№2004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07.09.2023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№1961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