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706"/>
        <w:gridCol w:w="2706"/>
        <w:gridCol w:w="2706"/>
        <w:gridCol w:w="2706"/>
      </w:tblGrid>
      <w:tr>
        <w:tc>
          <w:tcPr>
            <w:tcW w:type="dxa" w:w="850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01.09.2023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№1958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11.12.2020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№1263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3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19.11.2020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№1253 Дисциплинарной комиссии А "СО "СЧ"</w:t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