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2706"/>
        <w:gridCol w:w="2706"/>
        <w:gridCol w:w="2706"/>
        <w:gridCol w:w="2706"/>
      </w:tblGrid>
      <w:tr>
        <w:tc>
          <w:tcPr>
            <w:tcW w:type="dxa" w:w="850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16.02.2023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№1885 Дисциплинарной комиссии А "СО "СЧ"</w:t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