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11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74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10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4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9.08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89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