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16.09.2021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№1510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04.08.2021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№1472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