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18.02.2021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№1308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26.11.2020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№1260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