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11.02.2021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№1306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24.12.2020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№1274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