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706"/>
        <w:gridCol w:w="2706"/>
        <w:gridCol w:w="2706"/>
        <w:gridCol w:w="2706"/>
      </w:tblGrid>
      <w:tr>
        <w:tc>
          <w:tcPr>
            <w:tcW w:type="dxa" w:w="850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09.04.2020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№1104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27.02.2020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№1069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3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05.12.2019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№1004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4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03.10.2019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№953 Дисциплинарной комиссии А "СО "СЧ"</w:t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