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18.12.2019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№1014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21.11.2019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№1001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