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08.08.2019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№895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06.06.2019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№856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10.04.2019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№810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